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5B6CE" w14:textId="77777777" w:rsidR="00086C50" w:rsidRDefault="00000000">
      <w:pPr>
        <w:jc w:val="center"/>
        <w:rPr>
          <w:b/>
          <w:sz w:val="24"/>
        </w:rPr>
      </w:pPr>
      <w:r>
        <w:rPr>
          <w:b/>
          <w:sz w:val="32"/>
        </w:rPr>
        <w:t>ANEXO I – FORMULÁRIO DE INSCRIÇÃO</w:t>
      </w:r>
      <w:r>
        <w:rPr>
          <w:b/>
          <w:sz w:val="32"/>
        </w:rPr>
        <w:br/>
      </w:r>
      <w:r>
        <w:rPr>
          <w:b/>
          <w:sz w:val="24"/>
        </w:rPr>
        <w:t xml:space="preserve">Plano de Trabalho – </w:t>
      </w:r>
      <w:proofErr w:type="spellStart"/>
      <w:r>
        <w:rPr>
          <w:b/>
          <w:sz w:val="24"/>
        </w:rPr>
        <w:t>Edital</w:t>
      </w:r>
      <w:proofErr w:type="spellEnd"/>
      <w:r>
        <w:rPr>
          <w:b/>
          <w:sz w:val="24"/>
        </w:rPr>
        <w:t xml:space="preserve"> FUNCULTURA nº 01/2025</w:t>
      </w:r>
    </w:p>
    <w:p w14:paraId="294CF5EC" w14:textId="77777777" w:rsidR="0000692D" w:rsidRDefault="0000692D">
      <w:pPr>
        <w:jc w:val="center"/>
      </w:pPr>
    </w:p>
    <w:p w14:paraId="3552B3C2" w14:textId="77777777" w:rsidR="00086C50" w:rsidRPr="0000692D" w:rsidRDefault="00000000" w:rsidP="0000692D">
      <w:pPr>
        <w:rPr>
          <w:rFonts w:ascii="Times New Roman" w:hAnsi="Times New Roman" w:cs="Times New Roman"/>
          <w:sz w:val="24"/>
          <w:szCs w:val="24"/>
        </w:rPr>
      </w:pPr>
      <w:r w:rsidRPr="0000692D">
        <w:rPr>
          <w:rFonts w:ascii="Times New Roman" w:hAnsi="Times New Roman" w:cs="Times New Roman"/>
          <w:sz w:val="24"/>
          <w:szCs w:val="24"/>
        </w:rPr>
        <w:t>DADOS DO PROPONENTE</w:t>
      </w:r>
      <w:r w:rsidRPr="0000692D">
        <w:rPr>
          <w:rFonts w:ascii="Times New Roman" w:hAnsi="Times New Roman" w:cs="Times New Roman"/>
          <w:sz w:val="24"/>
          <w:szCs w:val="24"/>
        </w:rPr>
        <w:br/>
        <w:t>Nome completo / Razão social:</w:t>
      </w:r>
      <w:r w:rsidRPr="0000692D">
        <w:rPr>
          <w:rFonts w:ascii="Times New Roman" w:hAnsi="Times New Roman" w:cs="Times New Roman"/>
          <w:sz w:val="24"/>
          <w:szCs w:val="24"/>
        </w:rPr>
        <w:br/>
        <w:t>CPF / CNPJ:</w:t>
      </w:r>
      <w:r w:rsidRPr="0000692D">
        <w:rPr>
          <w:rFonts w:ascii="Times New Roman" w:hAnsi="Times New Roman" w:cs="Times New Roman"/>
          <w:sz w:val="24"/>
          <w:szCs w:val="24"/>
        </w:rPr>
        <w:br/>
        <w:t>Data de nascimento (PF) / Fundação (PJ):</w:t>
      </w:r>
      <w:r w:rsidRPr="0000692D">
        <w:rPr>
          <w:rFonts w:ascii="Times New Roman" w:hAnsi="Times New Roman" w:cs="Times New Roman"/>
          <w:sz w:val="24"/>
          <w:szCs w:val="24"/>
        </w:rPr>
        <w:br/>
        <w:t>E-mail e telefone:</w:t>
      </w:r>
      <w:r w:rsidRPr="0000692D">
        <w:rPr>
          <w:rFonts w:ascii="Times New Roman" w:hAnsi="Times New Roman" w:cs="Times New Roman"/>
          <w:sz w:val="24"/>
          <w:szCs w:val="24"/>
        </w:rPr>
        <w:br/>
        <w:t>Endereço completo:</w:t>
      </w:r>
      <w:r w:rsidRPr="0000692D">
        <w:rPr>
          <w:rFonts w:ascii="Times New Roman" w:hAnsi="Times New Roman" w:cs="Times New Roman"/>
          <w:sz w:val="24"/>
          <w:szCs w:val="24"/>
        </w:rPr>
        <w:br/>
        <w:t xml:space="preserve">É coletivo cultural? </w:t>
      </w:r>
      <w:proofErr w:type="gramStart"/>
      <w:r w:rsidRPr="0000692D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00692D">
        <w:rPr>
          <w:rFonts w:ascii="Times New Roman" w:hAnsi="Times New Roman" w:cs="Times New Roman"/>
          <w:sz w:val="24"/>
          <w:szCs w:val="24"/>
        </w:rPr>
        <w:t xml:space="preserve"> Não </w:t>
      </w:r>
      <w:proofErr w:type="gramStart"/>
      <w:r w:rsidRPr="0000692D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00692D">
        <w:rPr>
          <w:rFonts w:ascii="Times New Roman" w:hAnsi="Times New Roman" w:cs="Times New Roman"/>
          <w:sz w:val="24"/>
          <w:szCs w:val="24"/>
        </w:rPr>
        <w:t xml:space="preserve"> Sim. Nome do </w:t>
      </w:r>
      <w:proofErr w:type="gramStart"/>
      <w:r w:rsidRPr="0000692D">
        <w:rPr>
          <w:rFonts w:ascii="Times New Roman" w:hAnsi="Times New Roman" w:cs="Times New Roman"/>
          <w:sz w:val="24"/>
          <w:szCs w:val="24"/>
        </w:rPr>
        <w:t>coletivo: _</w:t>
      </w:r>
      <w:proofErr w:type="gramEnd"/>
      <w:r w:rsidRPr="0000692D">
        <w:rPr>
          <w:rFonts w:ascii="Times New Roman" w:hAnsi="Times New Roman" w:cs="Times New Roman"/>
          <w:sz w:val="24"/>
          <w:szCs w:val="24"/>
        </w:rPr>
        <w:t>_________ Representante: __________</w:t>
      </w:r>
    </w:p>
    <w:p w14:paraId="40C6F8C9" w14:textId="77777777" w:rsidR="00086C50" w:rsidRPr="0000692D" w:rsidRDefault="00000000" w:rsidP="0000692D">
      <w:pPr>
        <w:rPr>
          <w:rFonts w:ascii="Times New Roman" w:hAnsi="Times New Roman" w:cs="Times New Roman"/>
          <w:sz w:val="24"/>
          <w:szCs w:val="24"/>
        </w:rPr>
      </w:pPr>
      <w:r w:rsidRPr="0000692D">
        <w:rPr>
          <w:rFonts w:ascii="Times New Roman" w:hAnsi="Times New Roman" w:cs="Times New Roman"/>
          <w:sz w:val="24"/>
          <w:szCs w:val="24"/>
        </w:rPr>
        <w:t>AUTODECLARAÇÃO PARA PONTUAÇÃO EXTRA (opcional)</w:t>
      </w:r>
      <w:r w:rsidRPr="0000692D">
        <w:rPr>
          <w:rFonts w:ascii="Times New Roman" w:hAnsi="Times New Roman" w:cs="Times New Roman"/>
          <w:sz w:val="24"/>
          <w:szCs w:val="24"/>
        </w:rPr>
        <w:br/>
        <w:t xml:space="preserve">( ) Mulher </w:t>
      </w:r>
      <w:proofErr w:type="gramStart"/>
      <w:r w:rsidRPr="0000692D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00692D">
        <w:rPr>
          <w:rFonts w:ascii="Times New Roman" w:hAnsi="Times New Roman" w:cs="Times New Roman"/>
          <w:sz w:val="24"/>
          <w:szCs w:val="24"/>
        </w:rPr>
        <w:t xml:space="preserve"> Pessoa negra </w:t>
      </w:r>
      <w:proofErr w:type="gramStart"/>
      <w:r w:rsidRPr="0000692D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00692D">
        <w:rPr>
          <w:rFonts w:ascii="Times New Roman" w:hAnsi="Times New Roman" w:cs="Times New Roman"/>
          <w:sz w:val="24"/>
          <w:szCs w:val="24"/>
        </w:rPr>
        <w:t xml:space="preserve"> Indígena </w:t>
      </w:r>
      <w:proofErr w:type="gramStart"/>
      <w:r w:rsidRPr="0000692D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00692D">
        <w:rPr>
          <w:rFonts w:ascii="Times New Roman" w:hAnsi="Times New Roman" w:cs="Times New Roman"/>
          <w:sz w:val="24"/>
          <w:szCs w:val="24"/>
        </w:rPr>
        <w:t xml:space="preserve"> LGBTQIAPN+ </w:t>
      </w:r>
      <w:proofErr w:type="gramStart"/>
      <w:r w:rsidRPr="0000692D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00692D">
        <w:rPr>
          <w:rFonts w:ascii="Times New Roman" w:hAnsi="Times New Roman" w:cs="Times New Roman"/>
          <w:sz w:val="24"/>
          <w:szCs w:val="24"/>
        </w:rPr>
        <w:t xml:space="preserve"> PCD</w:t>
      </w:r>
    </w:p>
    <w:p w14:paraId="2C4312A9" w14:textId="1EFC1E94" w:rsidR="00086C50" w:rsidRPr="0000692D" w:rsidRDefault="00000000" w:rsidP="0000692D">
      <w:pPr>
        <w:rPr>
          <w:rFonts w:ascii="Times New Roman" w:hAnsi="Times New Roman" w:cs="Times New Roman"/>
          <w:sz w:val="24"/>
          <w:szCs w:val="24"/>
        </w:rPr>
      </w:pPr>
      <w:r w:rsidRPr="0000692D">
        <w:rPr>
          <w:rFonts w:ascii="Times New Roman" w:hAnsi="Times New Roman" w:cs="Times New Roman"/>
          <w:sz w:val="24"/>
          <w:szCs w:val="24"/>
        </w:rPr>
        <w:t>CONCORRERÁ À COTA? (opcional – ampla concorrência)</w:t>
      </w:r>
      <w:r w:rsidRPr="0000692D">
        <w:rPr>
          <w:rFonts w:ascii="Times New Roman" w:hAnsi="Times New Roman" w:cs="Times New Roman"/>
          <w:sz w:val="24"/>
          <w:szCs w:val="24"/>
        </w:rPr>
        <w:br/>
        <w:t xml:space="preserve">( ) Negra </w:t>
      </w:r>
      <w:proofErr w:type="gramStart"/>
      <w:r w:rsidRPr="0000692D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00692D">
        <w:rPr>
          <w:rFonts w:ascii="Times New Roman" w:hAnsi="Times New Roman" w:cs="Times New Roman"/>
          <w:sz w:val="24"/>
          <w:szCs w:val="24"/>
        </w:rPr>
        <w:t xml:space="preserve"> Indígena </w:t>
      </w:r>
      <w:proofErr w:type="gramStart"/>
      <w:r w:rsidRPr="0000692D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00692D">
        <w:rPr>
          <w:rFonts w:ascii="Times New Roman" w:hAnsi="Times New Roman" w:cs="Times New Roman"/>
          <w:sz w:val="24"/>
          <w:szCs w:val="24"/>
        </w:rPr>
        <w:t xml:space="preserve"> PCD</w:t>
      </w:r>
      <w:r w:rsidRPr="0000692D">
        <w:rPr>
          <w:rFonts w:ascii="Times New Roman" w:hAnsi="Times New Roman" w:cs="Times New Roman"/>
          <w:sz w:val="24"/>
          <w:szCs w:val="24"/>
        </w:rPr>
        <w:br/>
        <w:t xml:space="preserve">(Em </w:t>
      </w:r>
      <w:proofErr w:type="spellStart"/>
      <w:r w:rsidRPr="0000692D">
        <w:rPr>
          <w:rFonts w:ascii="Times New Roman" w:hAnsi="Times New Roman" w:cs="Times New Roman"/>
          <w:sz w:val="24"/>
          <w:szCs w:val="24"/>
        </w:rPr>
        <w:t>coletivos</w:t>
      </w:r>
      <w:proofErr w:type="spellEnd"/>
      <w:r w:rsidRPr="000069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0692D">
        <w:rPr>
          <w:rFonts w:ascii="Times New Roman" w:hAnsi="Times New Roman" w:cs="Times New Roman"/>
          <w:sz w:val="24"/>
          <w:szCs w:val="24"/>
        </w:rPr>
        <w:t>exige</w:t>
      </w:r>
      <w:proofErr w:type="spellEnd"/>
      <w:r w:rsidRPr="0000692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0692D">
        <w:rPr>
          <w:rFonts w:ascii="Times New Roman" w:hAnsi="Times New Roman" w:cs="Times New Roman"/>
          <w:sz w:val="24"/>
          <w:szCs w:val="24"/>
        </w:rPr>
        <w:t>se</w:t>
      </w:r>
      <w:proofErr w:type="spellEnd"/>
      <w:r w:rsidR="0000692D" w:rsidRPr="0000692D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="0000692D" w:rsidRPr="0000692D">
        <w:rPr>
          <w:rFonts w:ascii="Times New Roman" w:hAnsi="Times New Roman" w:cs="Times New Roman"/>
          <w:sz w:val="24"/>
          <w:szCs w:val="24"/>
        </w:rPr>
        <w:t>mínimo</w:t>
      </w:r>
      <w:proofErr w:type="spellEnd"/>
      <w:r w:rsidRPr="0000692D">
        <w:rPr>
          <w:rFonts w:ascii="Times New Roman" w:hAnsi="Times New Roman" w:cs="Times New Roman"/>
          <w:sz w:val="24"/>
          <w:szCs w:val="24"/>
        </w:rPr>
        <w:t xml:space="preserve"> 50%</w:t>
      </w:r>
      <w:r w:rsidR="0000692D" w:rsidRPr="0000692D">
        <w:rPr>
          <w:rFonts w:ascii="Times New Roman" w:hAnsi="Times New Roman" w:cs="Times New Roman"/>
          <w:sz w:val="24"/>
          <w:szCs w:val="24"/>
        </w:rPr>
        <w:t xml:space="preserve"> </w:t>
      </w:r>
      <w:r w:rsidRPr="0000692D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00692D">
        <w:rPr>
          <w:rFonts w:ascii="Times New Roman" w:hAnsi="Times New Roman" w:cs="Times New Roman"/>
          <w:sz w:val="24"/>
          <w:szCs w:val="24"/>
        </w:rPr>
        <w:t>integrantes</w:t>
      </w:r>
      <w:proofErr w:type="spellEnd"/>
      <w:r w:rsidRPr="0000692D">
        <w:rPr>
          <w:rFonts w:ascii="Times New Roman" w:hAnsi="Times New Roman" w:cs="Times New Roman"/>
          <w:sz w:val="24"/>
          <w:szCs w:val="24"/>
        </w:rPr>
        <w:t xml:space="preserve"> do grupo beneficiário.)</w:t>
      </w:r>
    </w:p>
    <w:p w14:paraId="242F967E" w14:textId="2D0AA0B9" w:rsidR="00086C50" w:rsidRPr="0000692D" w:rsidRDefault="00000000" w:rsidP="0000692D">
      <w:pPr>
        <w:rPr>
          <w:rFonts w:ascii="Times New Roman" w:hAnsi="Times New Roman" w:cs="Times New Roman"/>
          <w:sz w:val="24"/>
          <w:szCs w:val="24"/>
        </w:rPr>
      </w:pPr>
      <w:r w:rsidRPr="0000692D">
        <w:rPr>
          <w:rFonts w:ascii="Times New Roman" w:hAnsi="Times New Roman" w:cs="Times New Roman"/>
          <w:sz w:val="24"/>
          <w:szCs w:val="24"/>
        </w:rPr>
        <w:t>CATEGORIA E VALOR PRETENDIDO (até o teto da categoria)</w:t>
      </w:r>
      <w:r w:rsidRPr="0000692D">
        <w:rPr>
          <w:rFonts w:ascii="Times New Roman" w:hAnsi="Times New Roman" w:cs="Times New Roman"/>
          <w:sz w:val="24"/>
          <w:szCs w:val="24"/>
        </w:rPr>
        <w:br/>
        <w:t xml:space="preserve">Categoria: Música </w:t>
      </w:r>
      <w:proofErr w:type="gramStart"/>
      <w:r w:rsidR="0000692D" w:rsidRPr="0000692D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00692D">
        <w:rPr>
          <w:rFonts w:ascii="Times New Roman" w:hAnsi="Times New Roman" w:cs="Times New Roman"/>
          <w:sz w:val="24"/>
          <w:szCs w:val="24"/>
        </w:rPr>
        <w:t xml:space="preserve"> Dança </w:t>
      </w:r>
      <w:proofErr w:type="gramStart"/>
      <w:r w:rsidR="0000692D" w:rsidRPr="0000692D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00692D">
        <w:rPr>
          <w:rFonts w:ascii="Times New Roman" w:hAnsi="Times New Roman" w:cs="Times New Roman"/>
          <w:sz w:val="24"/>
          <w:szCs w:val="24"/>
        </w:rPr>
        <w:t xml:space="preserve"> Teatro </w:t>
      </w:r>
      <w:proofErr w:type="gramStart"/>
      <w:r w:rsidR="0000692D" w:rsidRPr="0000692D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006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692D">
        <w:rPr>
          <w:rFonts w:ascii="Times New Roman" w:hAnsi="Times New Roman" w:cs="Times New Roman"/>
          <w:sz w:val="24"/>
          <w:szCs w:val="24"/>
        </w:rPr>
        <w:t>Declamação</w:t>
      </w:r>
      <w:proofErr w:type="spellEnd"/>
      <w:r w:rsidRPr="00006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692D">
        <w:rPr>
          <w:rFonts w:ascii="Times New Roman" w:hAnsi="Times New Roman" w:cs="Times New Roman"/>
          <w:sz w:val="24"/>
          <w:szCs w:val="24"/>
        </w:rPr>
        <w:t>Poética</w:t>
      </w:r>
      <w:proofErr w:type="spellEnd"/>
      <w:r w:rsidR="0000692D" w:rsidRPr="0000692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0692D" w:rsidRPr="0000692D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00692D">
        <w:rPr>
          <w:rFonts w:ascii="Times New Roman" w:hAnsi="Times New Roman" w:cs="Times New Roman"/>
          <w:sz w:val="24"/>
          <w:szCs w:val="24"/>
        </w:rPr>
        <w:br/>
        <w:t xml:space="preserve">Valor </w:t>
      </w:r>
      <w:proofErr w:type="spellStart"/>
      <w:r w:rsidRPr="0000692D">
        <w:rPr>
          <w:rFonts w:ascii="Times New Roman" w:hAnsi="Times New Roman" w:cs="Times New Roman"/>
          <w:sz w:val="24"/>
          <w:szCs w:val="24"/>
        </w:rPr>
        <w:t>solicitado</w:t>
      </w:r>
      <w:proofErr w:type="spellEnd"/>
      <w:r w:rsidRPr="0000692D">
        <w:rPr>
          <w:rFonts w:ascii="Times New Roman" w:hAnsi="Times New Roman" w:cs="Times New Roman"/>
          <w:sz w:val="24"/>
          <w:szCs w:val="24"/>
        </w:rPr>
        <w:t xml:space="preserve"> (R$): _________</w:t>
      </w:r>
    </w:p>
    <w:p w14:paraId="50AD22FC" w14:textId="77777777" w:rsidR="00086C50" w:rsidRPr="0000692D" w:rsidRDefault="00000000" w:rsidP="0000692D">
      <w:pPr>
        <w:rPr>
          <w:rFonts w:ascii="Times New Roman" w:hAnsi="Times New Roman" w:cs="Times New Roman"/>
          <w:sz w:val="24"/>
          <w:szCs w:val="24"/>
        </w:rPr>
      </w:pPr>
      <w:r w:rsidRPr="0000692D">
        <w:rPr>
          <w:rFonts w:ascii="Times New Roman" w:hAnsi="Times New Roman" w:cs="Times New Roman"/>
          <w:sz w:val="24"/>
          <w:szCs w:val="24"/>
        </w:rPr>
        <w:t>DESCRIÇÃO DO PROJETO</w:t>
      </w:r>
      <w:r w:rsidRPr="0000692D">
        <w:rPr>
          <w:rFonts w:ascii="Times New Roman" w:hAnsi="Times New Roman" w:cs="Times New Roman"/>
          <w:sz w:val="24"/>
          <w:szCs w:val="24"/>
        </w:rPr>
        <w:br/>
        <w:t>Resumo do objeto (o que será realizado):</w:t>
      </w:r>
      <w:r w:rsidRPr="0000692D">
        <w:rPr>
          <w:rFonts w:ascii="Times New Roman" w:hAnsi="Times New Roman" w:cs="Times New Roman"/>
          <w:sz w:val="24"/>
          <w:szCs w:val="24"/>
        </w:rPr>
        <w:br/>
        <w:t>Justificativa e relevância cultural:</w:t>
      </w:r>
      <w:r w:rsidRPr="0000692D">
        <w:rPr>
          <w:rFonts w:ascii="Times New Roman" w:hAnsi="Times New Roman" w:cs="Times New Roman"/>
          <w:sz w:val="24"/>
          <w:szCs w:val="24"/>
        </w:rPr>
        <w:br/>
        <w:t>Objetivos e metas (claros e mensuráveis):</w:t>
      </w:r>
    </w:p>
    <w:p w14:paraId="1D23F4C4" w14:textId="77777777" w:rsidR="00086C50" w:rsidRPr="0000692D" w:rsidRDefault="00000000" w:rsidP="0000692D">
      <w:pPr>
        <w:rPr>
          <w:rFonts w:ascii="Times New Roman" w:hAnsi="Times New Roman" w:cs="Times New Roman"/>
          <w:sz w:val="24"/>
          <w:szCs w:val="24"/>
        </w:rPr>
      </w:pPr>
      <w:r w:rsidRPr="0000692D">
        <w:rPr>
          <w:rFonts w:ascii="Times New Roman" w:hAnsi="Times New Roman" w:cs="Times New Roman"/>
          <w:sz w:val="24"/>
          <w:szCs w:val="24"/>
        </w:rPr>
        <w:t>EXECUÇÃO</w:t>
      </w:r>
      <w:r w:rsidRPr="0000692D">
        <w:rPr>
          <w:rFonts w:ascii="Times New Roman" w:hAnsi="Times New Roman" w:cs="Times New Roman"/>
          <w:sz w:val="24"/>
          <w:szCs w:val="24"/>
        </w:rPr>
        <w:br/>
        <w:t>Número de apresentações propostas:</w:t>
      </w:r>
      <w:r w:rsidRPr="0000692D">
        <w:rPr>
          <w:rFonts w:ascii="Times New Roman" w:hAnsi="Times New Roman" w:cs="Times New Roman"/>
          <w:sz w:val="24"/>
          <w:szCs w:val="24"/>
        </w:rPr>
        <w:br/>
        <w:t>Duração estimada por apresentação (minutos):</w:t>
      </w:r>
      <w:r w:rsidRPr="0000692D">
        <w:rPr>
          <w:rFonts w:ascii="Times New Roman" w:hAnsi="Times New Roman" w:cs="Times New Roman"/>
          <w:sz w:val="24"/>
          <w:szCs w:val="24"/>
        </w:rPr>
        <w:br/>
        <w:t>Datas sugeridas e locais (conforme programação Frederico em Luz):</w:t>
      </w:r>
      <w:r w:rsidRPr="0000692D">
        <w:rPr>
          <w:rFonts w:ascii="Times New Roman" w:hAnsi="Times New Roman" w:cs="Times New Roman"/>
          <w:sz w:val="24"/>
          <w:szCs w:val="24"/>
        </w:rPr>
        <w:br/>
        <w:t>Equipe envolvida (nomes e funções):</w:t>
      </w:r>
    </w:p>
    <w:p w14:paraId="0771C72B" w14:textId="77777777" w:rsidR="00086C50" w:rsidRPr="0000692D" w:rsidRDefault="00000000" w:rsidP="0000692D">
      <w:pPr>
        <w:rPr>
          <w:rFonts w:ascii="Times New Roman" w:hAnsi="Times New Roman" w:cs="Times New Roman"/>
          <w:sz w:val="24"/>
          <w:szCs w:val="24"/>
        </w:rPr>
      </w:pPr>
      <w:r w:rsidRPr="0000692D">
        <w:rPr>
          <w:rFonts w:ascii="Times New Roman" w:hAnsi="Times New Roman" w:cs="Times New Roman"/>
          <w:sz w:val="24"/>
          <w:szCs w:val="24"/>
        </w:rPr>
        <w:t>DIVULGAÇÃO</w:t>
      </w:r>
      <w:r w:rsidRPr="0000692D">
        <w:rPr>
          <w:rFonts w:ascii="Times New Roman" w:hAnsi="Times New Roman" w:cs="Times New Roman"/>
          <w:sz w:val="24"/>
          <w:szCs w:val="24"/>
        </w:rPr>
        <w:br/>
        <w:t>Plano sucinto de divulgação e contrapartidas públicas:</w:t>
      </w:r>
    </w:p>
    <w:p w14:paraId="32F2666F" w14:textId="66244FAE" w:rsidR="00086C50" w:rsidRPr="0000692D" w:rsidRDefault="00000000" w:rsidP="0000692D">
      <w:pPr>
        <w:rPr>
          <w:rFonts w:ascii="Times New Roman" w:hAnsi="Times New Roman" w:cs="Times New Roman"/>
          <w:sz w:val="24"/>
          <w:szCs w:val="24"/>
        </w:rPr>
      </w:pPr>
      <w:r w:rsidRPr="0000692D">
        <w:rPr>
          <w:rFonts w:ascii="Times New Roman" w:hAnsi="Times New Roman" w:cs="Times New Roman"/>
          <w:sz w:val="24"/>
          <w:szCs w:val="24"/>
        </w:rPr>
        <w:t>PORTFÓLIO (OBRIGATÓRIO NA INSCRIÇÃO)</w:t>
      </w:r>
      <w:r w:rsidRPr="0000692D">
        <w:rPr>
          <w:rFonts w:ascii="Times New Roman" w:hAnsi="Times New Roman" w:cs="Times New Roman"/>
          <w:sz w:val="24"/>
          <w:szCs w:val="24"/>
        </w:rPr>
        <w:br/>
        <w:t xml:space="preserve">Liste e anexe (ou informe links): registros de apresentações, fotos, vídeos, matérias de </w:t>
      </w:r>
      <w:proofErr w:type="spellStart"/>
      <w:r w:rsidRPr="0000692D">
        <w:rPr>
          <w:rFonts w:ascii="Times New Roman" w:hAnsi="Times New Roman" w:cs="Times New Roman"/>
          <w:sz w:val="24"/>
          <w:szCs w:val="24"/>
        </w:rPr>
        <w:t>jornal</w:t>
      </w:r>
      <w:proofErr w:type="spellEnd"/>
      <w:r w:rsidRPr="000069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0692D">
        <w:rPr>
          <w:rFonts w:ascii="Times New Roman" w:hAnsi="Times New Roman" w:cs="Times New Roman"/>
          <w:sz w:val="24"/>
          <w:szCs w:val="24"/>
        </w:rPr>
        <w:t>atestados</w:t>
      </w:r>
      <w:proofErr w:type="spellEnd"/>
      <w:r w:rsidRPr="000069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0692D">
        <w:rPr>
          <w:rFonts w:ascii="Times New Roman" w:hAnsi="Times New Roman" w:cs="Times New Roman"/>
          <w:sz w:val="24"/>
          <w:szCs w:val="24"/>
        </w:rPr>
        <w:t>certificados</w:t>
      </w:r>
      <w:proofErr w:type="spellEnd"/>
      <w:r w:rsidRPr="0000692D">
        <w:rPr>
          <w:rFonts w:ascii="Times New Roman" w:hAnsi="Times New Roman" w:cs="Times New Roman"/>
          <w:sz w:val="24"/>
          <w:szCs w:val="24"/>
        </w:rPr>
        <w:t xml:space="preserve"> etc.</w:t>
      </w:r>
      <w:r w:rsidR="0000692D" w:rsidRPr="0000692D">
        <w:rPr>
          <w:rFonts w:ascii="Times New Roman" w:hAnsi="Times New Roman" w:cs="Times New Roman"/>
          <w:sz w:val="24"/>
          <w:szCs w:val="24"/>
        </w:rPr>
        <w:br/>
        <w:t xml:space="preserve">(O </w:t>
      </w:r>
      <w:proofErr w:type="spellStart"/>
      <w:r w:rsidR="0000692D" w:rsidRPr="0000692D">
        <w:rPr>
          <w:rFonts w:ascii="Times New Roman" w:hAnsi="Times New Roman" w:cs="Times New Roman"/>
          <w:sz w:val="24"/>
          <w:szCs w:val="24"/>
        </w:rPr>
        <w:t>portfólio</w:t>
      </w:r>
      <w:proofErr w:type="spellEnd"/>
      <w:r w:rsidR="0000692D" w:rsidRPr="00006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92D" w:rsidRPr="0000692D">
        <w:rPr>
          <w:rFonts w:ascii="Times New Roman" w:hAnsi="Times New Roman" w:cs="Times New Roman"/>
          <w:sz w:val="24"/>
          <w:szCs w:val="24"/>
        </w:rPr>
        <w:t>pode</w:t>
      </w:r>
      <w:proofErr w:type="spellEnd"/>
      <w:r w:rsidR="0000692D" w:rsidRPr="00006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92D" w:rsidRPr="0000692D">
        <w:rPr>
          <w:rFonts w:ascii="Times New Roman" w:hAnsi="Times New Roman" w:cs="Times New Roman"/>
          <w:sz w:val="24"/>
          <w:szCs w:val="24"/>
        </w:rPr>
        <w:t>constar</w:t>
      </w:r>
      <w:proofErr w:type="spellEnd"/>
      <w:r w:rsidR="0000692D" w:rsidRPr="00006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92D" w:rsidRPr="0000692D">
        <w:rPr>
          <w:rFonts w:ascii="Times New Roman" w:hAnsi="Times New Roman" w:cs="Times New Roman"/>
          <w:sz w:val="24"/>
          <w:szCs w:val="24"/>
        </w:rPr>
        <w:t>em</w:t>
      </w:r>
      <w:proofErr w:type="spellEnd"/>
      <w:r w:rsidR="0000692D" w:rsidRPr="00006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92D" w:rsidRPr="0000692D">
        <w:rPr>
          <w:rFonts w:ascii="Times New Roman" w:hAnsi="Times New Roman" w:cs="Times New Roman"/>
          <w:sz w:val="24"/>
          <w:szCs w:val="24"/>
        </w:rPr>
        <w:t>anexo</w:t>
      </w:r>
      <w:proofErr w:type="spellEnd"/>
      <w:r w:rsidR="0000692D" w:rsidRPr="0000692D">
        <w:rPr>
          <w:rFonts w:ascii="Times New Roman" w:hAnsi="Times New Roman" w:cs="Times New Roman"/>
          <w:sz w:val="24"/>
          <w:szCs w:val="24"/>
        </w:rPr>
        <w:t xml:space="preserve"> no e-mail de </w:t>
      </w:r>
      <w:proofErr w:type="spellStart"/>
      <w:r w:rsidR="0000692D" w:rsidRPr="0000692D">
        <w:rPr>
          <w:rFonts w:ascii="Times New Roman" w:hAnsi="Times New Roman" w:cs="Times New Roman"/>
          <w:sz w:val="24"/>
          <w:szCs w:val="24"/>
        </w:rPr>
        <w:t>inscrição</w:t>
      </w:r>
      <w:proofErr w:type="spellEnd"/>
      <w:r w:rsidR="0000692D" w:rsidRPr="0000692D">
        <w:rPr>
          <w:rFonts w:ascii="Times New Roman" w:hAnsi="Times New Roman" w:cs="Times New Roman"/>
          <w:sz w:val="24"/>
          <w:szCs w:val="24"/>
        </w:rPr>
        <w:t>)</w:t>
      </w:r>
    </w:p>
    <w:p w14:paraId="18507171" w14:textId="77777777" w:rsidR="00086C50" w:rsidRPr="0000692D" w:rsidRDefault="00000000" w:rsidP="0000692D">
      <w:pPr>
        <w:rPr>
          <w:rFonts w:ascii="Times New Roman" w:hAnsi="Times New Roman" w:cs="Times New Roman"/>
          <w:sz w:val="24"/>
          <w:szCs w:val="24"/>
        </w:rPr>
      </w:pPr>
      <w:r w:rsidRPr="0000692D">
        <w:rPr>
          <w:rFonts w:ascii="Times New Roman" w:hAnsi="Times New Roman" w:cs="Times New Roman"/>
          <w:sz w:val="24"/>
          <w:szCs w:val="24"/>
        </w:rPr>
        <w:lastRenderedPageBreak/>
        <w:t>DECLARAÇÃO</w:t>
      </w:r>
      <w:r w:rsidRPr="0000692D">
        <w:rPr>
          <w:rFonts w:ascii="Times New Roman" w:hAnsi="Times New Roman" w:cs="Times New Roman"/>
          <w:sz w:val="24"/>
          <w:szCs w:val="24"/>
        </w:rPr>
        <w:br/>
        <w:t>Declaro ciência e concordância com o Edital FUNCULTURA nº 01/2025 e que as informações prestadas são verdadeiras.</w:t>
      </w:r>
      <w:r w:rsidRPr="0000692D">
        <w:rPr>
          <w:rFonts w:ascii="Times New Roman" w:hAnsi="Times New Roman" w:cs="Times New Roman"/>
          <w:sz w:val="24"/>
          <w:szCs w:val="24"/>
        </w:rPr>
        <w:br/>
        <w:t>Local e data: _____________________________</w:t>
      </w:r>
      <w:r w:rsidRPr="0000692D">
        <w:rPr>
          <w:rFonts w:ascii="Times New Roman" w:hAnsi="Times New Roman" w:cs="Times New Roman"/>
          <w:sz w:val="24"/>
          <w:szCs w:val="24"/>
        </w:rPr>
        <w:br/>
        <w:t>Assinatura do proponente / representante legal: _____________________________</w:t>
      </w:r>
      <w:r w:rsidRPr="0000692D">
        <w:rPr>
          <w:rFonts w:ascii="Times New Roman" w:hAnsi="Times New Roman" w:cs="Times New Roman"/>
          <w:sz w:val="24"/>
          <w:szCs w:val="24"/>
        </w:rPr>
        <w:br/>
      </w:r>
    </w:p>
    <w:sectPr w:rsidR="00086C50" w:rsidRPr="0000692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7677357">
    <w:abstractNumId w:val="8"/>
  </w:num>
  <w:num w:numId="2" w16cid:durableId="14112763">
    <w:abstractNumId w:val="6"/>
  </w:num>
  <w:num w:numId="3" w16cid:durableId="35201251">
    <w:abstractNumId w:val="5"/>
  </w:num>
  <w:num w:numId="4" w16cid:durableId="1658420117">
    <w:abstractNumId w:val="4"/>
  </w:num>
  <w:num w:numId="5" w16cid:durableId="1518276320">
    <w:abstractNumId w:val="7"/>
  </w:num>
  <w:num w:numId="6" w16cid:durableId="1379279527">
    <w:abstractNumId w:val="3"/>
  </w:num>
  <w:num w:numId="7" w16cid:durableId="854879460">
    <w:abstractNumId w:val="2"/>
  </w:num>
  <w:num w:numId="8" w16cid:durableId="167445102">
    <w:abstractNumId w:val="1"/>
  </w:num>
  <w:num w:numId="9" w16cid:durableId="913780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92D"/>
    <w:rsid w:val="00034616"/>
    <w:rsid w:val="0006063C"/>
    <w:rsid w:val="00086C50"/>
    <w:rsid w:val="0015074B"/>
    <w:rsid w:val="0029639D"/>
    <w:rsid w:val="002A6D8C"/>
    <w:rsid w:val="00326F90"/>
    <w:rsid w:val="00660568"/>
    <w:rsid w:val="00A64B7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F9903A"/>
  <w14:defaultImageDpi w14:val="330"/>
  <w15:docId w15:val="{0A01838A-30DE-46C4-AF96-5AB584A56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1342</Characters>
  <Application>Microsoft Office Word</Application>
  <DocSecurity>0</DocSecurity>
  <Lines>49</Lines>
  <Paragraphs>34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João Paulo Ues Tamasia</cp:lastModifiedBy>
  <cp:revision>2</cp:revision>
  <dcterms:created xsi:type="dcterms:W3CDTF">2025-11-10T17:59:00Z</dcterms:created>
  <dcterms:modified xsi:type="dcterms:W3CDTF">2025-11-10T17:59:00Z</dcterms:modified>
  <cp:category/>
</cp:coreProperties>
</file>